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Аскердик шаар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Военный городок" title="Военный городо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8ae0d29d2604e4c9a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Военный городок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Аскердик шаар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Аскердик шаарча. Владимир Петровдун сүрөтү, 2011. Аскердик казарма, 40-ж. Шаардагы эң эски жыгачтан, таштан жана жыгачтан салынган имараттар. Адегенде Тоголок Молдо көчөсү Казарменная, Логвиненко көчөсү – Больничная, Бөкөнбаев көчөсү – Лагерная деп аталып калган, анткени Фрунзе-Судейская көчөсүнөн түштүк четине чейинки дээрлик бүткүл узундугун бойлой шаардын бул аймагын аскердик имараттар – казармалар, оорукана, аскердик аянттар, полигондор жан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https://bimap.su/description/frunze/127_Kazarmy.txt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42.87296, 74.59618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