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Военный городок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1f14686d99bb51229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Военный городок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Воинские казармы, 40-е.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https://bimap.su/description/frunze/126_Kazarmy40_1.txt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