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Военный городок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4e5315601d0771e0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Военный городок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Воинские казармы, 40-е.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https://bimap.su/description/frunze/125_Kazarmy40.txt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