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Military town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4e5315601d0771e04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Military town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Military town Military barracks, 40th. The oldest wooden, stone and adobe buildings in the city. Initially, Togolok Moldo street was called Kazarmennaya, Logvinenko street - Bolnichnaya, Bokonbaev street - Lagernaya, because almost along its entire length from Frunze-Sudeiskaya street to the southern outskirts this territory of the city was occupied by military buildings - barracks, an infirmary, military squares, training grounds and camps. Du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https://bimap.su/description/frunze/125_Kazarmy40.txt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42.87395, 74.59880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