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42.87368, 74.59781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Военный городок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42.87368, 74.59781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00686" cy="2232000"/>
            <wp:docPr id="2" name="Picture 2" descr="Военный городок" title="Военный город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405d0baaaf128aede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0068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Военный городок · Виктора Трусова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Военный городок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Виктора Трусова.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https://bimap.su/description/frunze/124_Plats.txt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42.87368, 74.59781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