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Аскердик шаар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0686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05d0baaaf128aed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6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Аскердик шаар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Аскердик шаарча. Виктор Трусовдун фотосу Аскердик шаарчанын башкы парад аянты. Адегенде Тоголок Молдо көчөсү Казарменная, Логвиненко көчөсү – Больничная, Бөкөнбаев көчөсү – Лагерная деп аталып калган, анткени Фрунзе-Судейская көчөсүнөн түштүк четине чейинки дээрлик бүткүл узундугун бойлой шаардын бул аймагын аскердик имараттар – казармалар, оорукана, аскердик аянттар, полигондор жана лагерлер ээлеп турган. Экинчи дүйнөлүк согуштун жылдарында бу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https://bimap.su/description/frunze/124_Plats.txt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