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Мужское приходское училище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42.87584, 74.58105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Мужское приходское училище" title="Мужское прих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495a5505fc4dabade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Мужское приходское училище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Мужское приходское училище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углу улиц Николаевской и Дунганской, 1906г. Фото Владимира Петрова. Здание снесено в 2000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https://bimap.su/description/pishpek/33_Uchilisghe.txt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42.87584, 74.58105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42.87584, 74.58105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