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Men's parish school</w:t>
      </w:r>
    </w:p>
    <w:p>
      <w:pPr>
        <w:spacing w:after="100"/>
        <w:jc w:val="center"/>
      </w:pPr>
      <w:r>
        <w:rPr>
          <w:rFonts w:ascii="Arial" w:hAnsi="Arial" w:eastAsia="Arial"/>
          <w:b w:val="0"/>
          <w:color w:val="606667"/>
          <w:sz w:val="17"/>
        </w:rPr>
        <w:t>42.87584, 74.58105</w:t>
      </w:r>
    </w:p>
    <w:p>
      <w:pPr>
        <w:spacing w:before="0" w:after="20"/>
        <w:jc w:val="center"/>
      </w:pPr>
      <w:r>
        <w:drawing>
          <wp:inline xmlns:a="http://schemas.openxmlformats.org/drawingml/2006/main" xmlns:pic="http://schemas.openxmlformats.org/drawingml/2006/picture">
            <wp:extent cx="3314520" cy="2232000"/>
            <wp:docPr id="1" name="Picture 1" descr="Мужское приходское училище" title="Мужское приходское училище"/>
            <wp:cNvGraphicFramePr>
              <a:graphicFrameLocks noChangeAspect="1"/>
            </wp:cNvGraphicFramePr>
            <a:graphic>
              <a:graphicData uri="http://schemas.openxmlformats.org/drawingml/2006/picture">
                <pic:pic>
                  <pic:nvPicPr>
                    <pic:cNvPr id="0" name="50495a5505fc4dabadea.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Мужское приходское училище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Men's parish school</w:t>
      </w:r>
    </w:p>
    <w:p>
      <w:pPr>
        <w:widowControl/>
        <w:spacing w:before="0" w:after="60" w:line="247" w:lineRule="auto"/>
      </w:pPr>
      <w:r>
        <w:rPr>
          <w:rFonts w:ascii="Arial" w:hAnsi="Arial" w:eastAsia="Arial"/>
          <w:b w:val="0"/>
          <w:color w:val="242C2F"/>
          <w:sz w:val="19"/>
        </w:rPr>
        <w:t>﻿ Men's parish school on the corner of Nikolaevskaya and Dunganskaya streets, 1906. In 1909, the Pishpek men's parish school was opened at the Church of St. Seraphim of Sarov. The parish schools had the goal of preparing students for district schools, and they were also tasked with the physical and moral development of children. Subjects of study in parish schools: reading, writing, arithmetic, the Law of God, moral teaching, basic home economics</w:t>
      </w:r>
    </w:p>
    <w:p>
      <w:pPr>
        <w:spacing w:before="20" w:after="0"/>
      </w:pPr>
      <w:r>
        <w:rPr>
          <w:rFonts w:ascii="Arial" w:hAnsi="Arial" w:eastAsia="Arial"/>
          <w:b w:val="0"/>
          <w:color w:val="606667"/>
          <w:sz w:val="14"/>
        </w:rPr>
        <w:t>Source: https://bimap.su/description/pishpek/33_Uchilisghe.txt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42.87584, 74.58105</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42.87584, 74.58105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