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Ипподром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44966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e7f867e115837f2f6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496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Ипподром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Ипподром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https://bimap.su/description/frunze/123_Ippodrom.txt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