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42.85829, 74.55606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Ипподром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42.85829, 74.55606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44966" cy="2232000"/>
            <wp:docPr id="2" name="Picture 2" descr="Ипподром" title="Ипподр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0e7f867e115837f2f6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4496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Ипподром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Ипподром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Ипподром Ипподромдун жаңы имараттары 1947-жылы курулган (архитектор В. Нусов). Бул жерде аттарды сыноо, ат оюндары жана мелдештер өткөрүлөт.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https://bimap.su/description/frunze/123_Ippodrom.txt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42.85829, 74.55606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