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42.85829, 74.55606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Hippodrome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42.85829, 74.55606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44966" cy="2232000"/>
            <wp:docPr id="2" name="Picture 2" descr="Ипподром" title="Ипподро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0e7f867e115837f2f6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4496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Ипподром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Hippodrome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Hippodrome New buildings of the hippodrome were built in 1947 (architect V. Nusov). Horse testing, equestrian games and competitions are held here.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https://bimap.su/description/frunze/123_Ippodrom.txt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42.85829, 74.55606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