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3384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2dd4e3a0c4ab9b03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3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главные ворота, 50-е.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https://bimap.su/description/frunze/122_Ippodrom_50.txt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