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3384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2dd4e3a0c4ab9b03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3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Ипподром, башкы дарбаза, 50. Ипподромдун жаңы курулуштары 1947-жылы курулган (архитектор В. Нусов). Бул жерде аттарды сыноо, ат оюндары жана мелдештер өткөрүлөт.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https://bimap.su/description/frunze/122_Ippodrom_50.txt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