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42.85829, 74.55305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Hippodrome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42.85829, 74.55305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33846" cy="2232000"/>
            <wp:docPr id="2" name="Picture 2" descr="Ипподром" title="Ипподр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2dd4e3a0c4ab9b03b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3384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Ипподром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Hippodrome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Hippodrome, main gate, 50th. New hippodrome structures were built in 1947 (architect V. Nusov). Horse testing, equestrian games and competitions are held here.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https://bimap.su/description/frunze/122_Ippodrom_50.txt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42.85829, 74.55305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