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42.86112, 74.55606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Hippodrome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42.86112, 74.55606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26050" cy="2232000"/>
            <wp:docPr id="2" name="Picture 2" descr="Ипподром" title="Ипподр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71a059b943d7316ca4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2605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Ипподром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Hippodrome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Hippodrome 20s This is what the hippodrome looked like, built in the late 20s.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https://bimap.su/description/frunze/121_Ippodrom_20.txt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42.86112, 74.55606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