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42.87103, 74.60554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Институт геологии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42.87103, 74.60554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499187" cy="2232000"/>
            <wp:docPr id="2" name="Picture 2" descr="Институт геологии" title="Институт ге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fda678914291899ae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918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геологии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Институт геологии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Петрова, 2003г.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https://bimap.su/description/frunze/120_Institut_geologii.txt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42.87103, 74.60554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