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42.87103, 74.60554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Геология институту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42.87103, 74.60554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1499187" cy="2232000"/>
            <wp:docPr id="2" name="Picture 2" descr="Институт геологии" title="Институт геологии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9fda678914291899aeb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499187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Институт геологии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Геология институту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Геология институту. Владимир Петровдун сүрөтү, 2003-жыл. Кыргыз ССР Илимдер академиясынын Геология институту, 1990-ж., Владимир Петровдун сүрөтү. Имарат Дзержинский проспектисинде (архитектор П.П. Иванов) жайгашкан. Имарат педтехникум катары курулуп, 1941-жылы бүткөрүлгөн. Бирок бул жерде бир да жолу студенттерге сабак өткөн эмес. Улуу Ата Мекендик согуштун башталышы менен анда СССР Илимдер академиясынын аскердик госпитали жана биологиялык бөлү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https://bimap.su/description/frunze/120_Institut_geologii.txt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42.87103, 74.60554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