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"Илбирс"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8067" cy="2232000"/>
            <wp:docPr id="2" name="Picture 2" descr="«Ильбирс»" title="«Ильбирс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991d15ee231b166bd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80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«Ильбирс»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"Илбирс"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Илбирс трикотаж өндүрүштүк бирикмеси. 1971-жылы 1941-жылы Харьковдон эвакуацияланган трикотаж фабрикасынын базасында түзүлгөн.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https://bimap.su/description/frunze/119_Ilbirs.txt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