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42.87495, 74.60212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"Ilbirs"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42.87495, 74.60212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78067" cy="2232000"/>
            <wp:docPr id="2" name="Picture 2" descr="«Ильбирс»" title="«Ильбирс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991d15ee231b166bd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780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«Ильбирс»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"Ilbirs"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Ilbirs Knitting production association. Created in 1971 on the basis of a knitting factory evacuated from Kharkov in 1941.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https://bimap.su/description/frunze/119_Ilbirs.txt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42.87495, 74.60212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