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42.86817, 74.59831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Зубоврачебная школа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42.86817, 74.59831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9560" cy="2232000"/>
            <wp:docPr id="2" name="Picture 2" descr="Зубоврачебная школа" title="Зубоврачебная 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c3a3e19c5c5f453a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95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Зубоврачебная школа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Зубоврачебная школа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Г.Х.Саакян, 1940г.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https://bimap.su/description/frunze/118_Zubovrachebnaia_shkola.txt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42.86817, 74.59831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