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42.87678, 74.60904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«ЧуТреста»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42.87678, 74.60904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2400" cy="2232000"/>
            <wp:docPr id="2" name="Picture 2" descr="Здание «ЧуТреста»" title="Здание «ЧуТрест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d1cc981c3ea801a93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2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«ЧуТреста»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«ЧуТреста»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«Чустроя». Архитектор П.Гончаров, 1932 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https://bimap.su/description/frunze/116_Cnutrest.txt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42.87678, 74.60904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