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физкультуры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Институт физкультуры" title="Институт физкультур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06657bda4001bb85f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физкультуры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физкультуры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построено в 1964 году.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https://bimap.su/description/frunze/114KGIFK.txt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42.84285, 74.61484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