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42.84285, 74.61484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Institute of Physical Education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42.84285, 74.61484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Институт физкультуры" title="Институт физкульту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06657bda4001bb85f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физкультуры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Institute of Physical Education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Institute of Physical Education. The building was built in 1964. Photo by Vladimir Petrov Founded in 1955 on the basis of the physical education department of KSU.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https://bimap.su/description/frunze/114KGIFK.txt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42.84285, 74.61484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