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Пишпекская мужская гимназия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42.88390, 74.60546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8998" cy="2232000"/>
            <wp:docPr id="1" name="Picture 1" descr="Пишпекская мужская гимназия" title="Пишпекская мужская гимназ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bf58ca86ab897d31c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89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мужская гимназия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Пишпекская мужская гимназия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на юго-восточном углу улиц Васильевской и Ташкентской.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https://bimap.su/description/pishpek/32_Gimnazia.txt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№4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42.88390, 74.60546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1789" cy="2232000"/>
            <wp:docPr id="2" name="Picture 2" descr="Школа №4" title="Школа №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d7aa552256e1824bb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17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№4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№4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30-е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https://bimap.su/description/frunze/199_Shkola_30g.txt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42.88390, 74.60546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