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42.84220, 74.61369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Институт онкологии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42.84220, 74.61369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Институт онкологии" title="Институт онк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a97b2a2ba150a1b06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онкологии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Институт онкологии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https://bimap.su/description/frunze/113_Onkologia.txt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42.84220, 74.61369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