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42.84220, 74.61369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Онкология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42.84220, 74.61369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Институт онкологии" title="Институт онк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a97b2a2ba150a1b06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онкологии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Онкология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Онкология институту. Владимир Петровдун фотосу Кыргыз онкология жана радиология илим-изилдөө институту 1959-жылы түзүлгөн. Ал Кыргызстандын ири илимий жана медициналык борбору. Институттун ишмердүүлүгү А.И. Саенко жана А Илязов.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https://bimap.su/description/frunze/113_Onkologia.txt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42.84220, 74.61369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