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Institute of Oncology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Институт онкологии" title="Институт онк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a97b2a2ba150a1b0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онкологии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Institute of Oncology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Institute of Oncology. Photo by Vladimir Petrov The Kyrgyz Research Institute of Oncology and Radiology was created in 1959. It is a major scientific and medical center of Kyrgyzstan. The activities of the institute are associated with the names of A.I. Saenko and A. Ilyazov.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https://bimap.su/description/frunze/113_Onkologia.txt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42.84220, 74.61369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