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42.88543, 74.61588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Дома по улице Жибек-Жолу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42.88543, 74.61588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05370" cy="2232000"/>
            <wp:docPr id="2" name="Picture 2" descr="Дома по улице Жибек-Жолу" title="Дома по улице Жибек-Жол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fccb15483499430d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3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по улице Жибек-Жолу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по улице Жибек-Жолу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Усенбаева и Правдой. Фото Никиты Часова, 2005г.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https://bimap.su/description/frunze/112_Doma_po_Lenina.txt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42.88543, 74.61588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