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42.88543, 74.61588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Жибек-Жолу көчөсүндөгү үйлөр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42.88543, 74.61588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05370" cy="2232000"/>
            <wp:docPr id="2" name="Picture 2" descr="Дома по улице Жибек-Жолу" title="Дома по улице Жибек-Жол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fccb15483499430d5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053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Дома по улице Жибек-Жолу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Жибек-Жолу көчөсүндөгү үйлөр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Жибек-Жолу көчөсүнүн боюндагы үйлөр Үсөнбаева менен Правда ортосу. Фото Никита Часов, 2005 Эски Пишпектин имараттары Жибек-Жолу проспектисине жанаша жайгашкан аймакта эң жакшы сакталган. Андан кийин Ташкент магистралы болчу. Верненский жана Ташкент шоссе жолдорунун кесилиши 19-кылымдын аягы - 20-кылымдын башында шаардын баштапкы көрүнүшү жөнүндөгү идеяны жакында эле сактап келген.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https://bimap.su/description/frunze/112_Doma_po_Lenina.txt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42.88543, 74.61588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