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художника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09517" cy="2232000"/>
            <wp:docPr id="2" name="Picture 2" descr="Дом художника" title="Дом худож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09e054ccd364d97b0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95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художника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художника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Часова, 2005г.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https://bimap.su/description/frunze/111_Dom_hudojnika.txt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42.87556, 74.60798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