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42.87556, 74.60798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Pishpek" title="Pishp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House of the Artist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42.87556, 74.60798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309517" cy="2232000"/>
            <wp:docPr id="2" name="Picture 2" descr="Дом художника" title="Дом художника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509e054ccd364d97b0d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309517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Дом художника · Никиты Часова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House of the Artist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House of the Artist. Photo by Nikita Chasov, 2005 House of Artists. Architect Pisarskaya, 50s.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https://bimap.su/description/frunze/111_Dom_hudojnika.txt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42.87556, 74.60798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Bishkek" title="Bishk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