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Терентьев үйү реставрацияга чейин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45896" cy="2232000"/>
            <wp:docPr id="2" name="Picture 2" descr="Дом Терентьева до реставрации" title="Дом Терентьева до реставрац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d8746a1b0e094baaf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4589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Терентьева до реставрации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Терентьев үйү реставрацияга чейин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Терентьев үйү реставрацияга чейин 50-жылдары кайра курулган Терентьев үйү ушундай болгон. Бул жерде ЧУПРАнын кеңсеси - Чу дарыясынын өрөөнүндөгү сугат иштеринин начальнигинин кеңсеси жайгашкан.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https://bimap.su/description/frunze/110_ChUPRA.txt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42.87972, 74.60634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