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Terentyev House before restoration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45896" cy="2232000"/>
            <wp:docPr id="2" name="Picture 2" descr="Дом Терентьева до реставрации" title="Дом Терентьева до рестав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d8746a1b0e094baaf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58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Терентьева до реставрации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Terentyev House before restoration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Terentyev House before restoration This is what the rebuilt Terentyev House looked like in the 50s. The office of CHUPRA was located here - the office of the head of irrigation works in the Chu River valley.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https://bimap.su/description/frunze/110_ChUPRA.txt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