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42.82913, 74.60733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Южные ворота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42.82913, 74.60733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67988" cy="2231999"/>
            <wp:docPr id="2" name="Picture 2" descr="Южные ворота" title="Южные воро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ee2f8f5101a84d731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67988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Южные ворота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Южные ворота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Архитекторы Р.Мухамадиев, В.Кузнецов, А.Солтобаев, Ю.Тагиров, 1978г.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https://bimap.su/description/frunze/108_Ujnye_vorota.txt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42.82913, 74.60733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