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Түштүк дарбаза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7988" cy="2231999"/>
            <wp:docPr id="2" name="Picture 2" descr="Южные ворота" title="Южные воро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ee2f8f5101a84d731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798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Южные ворота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Түштүк дарбаза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Түштүк дарбаза Шаардын 8 жана 10-кичи райондорун бүтүргөн архитектуралык ансамбль. Архитекторлор Р.Мухамадиев, В.Кузнецов, А.Солтобаев, Ю. Тагиров, 1978-ж. Имараттар шаарга тоолордон кире беришин ачып жаткандай. Биринчи кабаттарда дүкөндөр жана кафелер, чатырында сүрөтчүлөрдүн өнөрканалары жайгашкан. Имараттардын фасаддары «Шаардын жуз жылы» мозаика-лык паннолору, художниктер А.Каменский менен А.Бекжаняндын эмгектери менен кооздолгон. курулушту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https://bimap.su/description/frunze/108_Ujnye_vorota.txt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