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42.87965, 74.60559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правительства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42.87965, 74.60559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64142" cy="2232000"/>
            <wp:docPr id="2" name="Picture 2" descr="Дом правительства" title="Дом правитель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337f371160b492e47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41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правительства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правительства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Ю.Б.Дубов, 1936г.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https://bimap.su/description/frunze/106_Dom_Pravitelstva.txt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42.87965, 74.60559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