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Өкмөт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4142" cy="2232000"/>
            <wp:docPr id="2" name="Picture 2" descr="Дом правительства" title="Дом правитель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337f371160b492e47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41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правительства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Өкмөт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Өкмөт үйү. Архитектор Ю.Б. Дубов, 1936 Ю.Бнын долбоорлорунун негизинде. Дубов шаарында кырктан ашык имараттар курулган. Алардын эң маанилүүсү – Өкмөт үйү. Катуу архитектуралык формалар, тик бурчтуу терезе тешиктери, боз шыбактар ​​бийликтин күчүн жана кол тийбестигин чагылдырат. Кең алдыңкы вестибюльдер, кенен тепкичтер, революциянын жолбашчыларынын мозаикалык портреттери менен кооздолгон жаркыраган жолугушуу залы — бардыгы Совет мамлекетинин 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https://bimap.su/description/frunze/106_Dom_Pravitelstva.txt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