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42.87582, 74.59872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Перекресток улиц Сталина и Логвиненко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42.87582, 74.59872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04075" cy="2232000"/>
            <wp:docPr id="2" name="Picture 2" descr="Перекресток улиц Сталина и Логвиненко" title="Перекресток улиц Сталина и Логвиненк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c260fe0778f4dacf3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40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Сталина и Логвиненко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Перекресток улиц Сталина и Логвиненко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Жилой дом для военнослужащих, постройки 50-х годов.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https://bimap.su/description/frunze/105_Dom_na_Stalina.txt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42.87582, 74.59872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