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по улице Энгельса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Дом по улице Энгельса" title="Дом по улице Энгельс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0503f3186566582df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Энгельса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Энгельса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между Советской и Краснооктябрьской.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https://bimap.su/description/frunze/104_KIRNIIJ.txt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