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Энгельс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Дом по улице Энгельса" title="Дом по улице Энгельс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0503f3186566582df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Энгельса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Энгельс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Көчөдөгү үй. Энгельс, Совет жана Краснооктябрдын аралыгындагы имарат 1932-жылы зоотехникалык институттун (КИРНИИЖ-Кыргыз мал чарба илим-изилдее институту) лабораториясы учун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https://bimap.su/description/frunze/104_KIRNIIJ.txt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42.86826, 74.60950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