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Engels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Дом по улице Энгельса" title="Дом по улице Энгельс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0503f3186566582df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Энгельса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Engels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the street. Engels, between Sovetskaya and Krasnooktyabrskaya The building was built in 1932 for the laboratory of the Zootechnical Institute (KIRNIIZh-Kyrgyz Research Institute of Animal Husbandry).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https://bimap.su/description/frunze/104_KIRNIIJ.txt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