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Административное здание на Первомайской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41684" cy="2232000"/>
            <wp:docPr id="2" name="Picture 2" descr="Административное здание на Первомайской" title="Административное здание на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5c18a25c962e38b6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16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Административное здание на Первомайской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Административное здание на Первомайской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https://bimap.su/description/frunze/103_Pervomaiskaia.txt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