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42.87628, 74.59975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офицеров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42.87628, 74.59975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715978" cy="2231999"/>
            <wp:docPr id="2" name="Picture 2" descr="Дом офицеров" title="Дом офицеров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c4b8b6a3ae95a897672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715978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офицеров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офицеров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построен в 1932 году.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https://bimap.su/description/frunze/101_DOSA.txt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42.87628, 74.59975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