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42.87007, 74.57566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улице Атбашинской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42.87007, 74.57566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2474" cy="2232000"/>
            <wp:docPr id="2" name="Picture 2" descr="Дом на улице Атбашинской" title="Дом на улице Атбаш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bd9d55a9ec9f7253d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247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Атбашинской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Атбашинской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(Молодой Гвардии).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https://bimap.su/description/frunze/100_Dom_na_Atbashinskoi.txt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42.87007, 74.57566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