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Atbashinskaya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22474" cy="2232000"/>
            <wp:docPr id="2" name="Picture 2" descr="Дом на улице Атбашинской" title="Дом на улице Атбаш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bd9d55a9ec9f7253d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247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Атбашинской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Atbashinskaya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Atbashinskaya (Young Guard) House on Atbashinskaya. One of the first three-story houses in the city. Built according to the design of the architect Albansky in 1940. The architectural design of the facade used the Kyrgyz national ornament; loggias appeared that, taking into account the climatic conditions, had the appearance of light openwork gazebos.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https://bimap.su/description/frunze/100_Dom_na_Atbashinskoi.txt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42.87007, 74.57566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