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Дехканина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Дехканина" title="Дом Дехка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9547f31d09e4fd85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Дехканина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Дехканина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https://bimap.su/description/frunze/99_Dom_dehkanina.txt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