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42.88243, 74.61388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Фермердин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42.88243, 74.61388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09517" cy="2232000"/>
            <wp:docPr id="2" name="Picture 2" descr="Дом Дехканина" title="Дом Дехка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c9547f31d09e4fd85c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951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Дехканина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Фермердин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Фермердин үйү. Н Часов атындагы колхоздун фотосу. 1925-жылдан 1956-жылга чейин болгон. Ак-Сай мейманканасы 1956-жылдан бери иштейт.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https://bimap.su/description/frunze/99_Dom_dehkanina.txt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42.88243, 74.61388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