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42.88243, 74.61388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Farmer's House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42.88243, 74.61388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09517" cy="2232000"/>
            <wp:docPr id="2" name="Picture 2" descr="Дом Дехканина" title="Дом Дехка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c9547f31d09e4fd85c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95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Дехканина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Farmer's House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Farmer's House. Photo by N. Chasov Farmer's House. Existed from 1925 to 1956. The Ak-Sai Hotel has been here since 1956.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https://bimap.su/description/frunze/99_Dom_dehkanina.txt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42.88243, 74.61388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