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42.86585, 74.58777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детского творчества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42.86585, 74.58777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03000" cy="2232000"/>
            <wp:docPr id="2" name="Picture 2" descr="Дом детского творчества" title="Дом детского творчест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aae5bf5dce7f5a666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3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детского творчества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детского творчества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60-е.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https://bimap.su/description/frunze/98_Dom_tvorchestva.txt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42.86585, 74.58777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