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42.87598, 74.59222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Дом быта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42.87598, 74.59222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389829" cy="2232000"/>
            <wp:docPr id="2" name="Picture 2" descr="Дом быта" title="Дом быт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18762a397c0bf5687fb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389829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 быта · 1978 года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Дом быта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Фото 1978 года.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https://bimap.su/description/frunze/97_Dom_byta.txt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42.87598, 74.59222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